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2501C5">
        <w:trPr>
          <w:jc w:val="center"/>
        </w:trPr>
        <w:tc>
          <w:tcPr>
            <w:tcW w:w="9972" w:type="dxa"/>
          </w:tcPr>
          <w:p w:rsidR="002501C5" w:rsidRDefault="00E540F5">
            <w:pPr>
              <w:spacing w:before="40" w:after="40"/>
              <w:jc w:val="center"/>
            </w:pPr>
            <w:r>
              <w:rPr>
                <w:b/>
                <w:sz w:val="28"/>
              </w:rPr>
              <w:t>FACSIMILE ISTANZA DI MANIFESTAZIONE DI INTERESSE</w:t>
            </w:r>
          </w:p>
        </w:tc>
      </w:tr>
      <w:tr w:rsidR="002501C5">
        <w:trPr>
          <w:jc w:val="center"/>
        </w:trPr>
        <w:tc>
          <w:tcPr>
            <w:tcW w:w="9972" w:type="dxa"/>
          </w:tcPr>
          <w:p w:rsidR="002501C5" w:rsidRDefault="00E540F5">
            <w:pPr>
              <w:spacing w:before="40" w:after="40"/>
              <w:jc w:val="center"/>
            </w:pPr>
            <w:r>
              <w:rPr>
                <w:b/>
                <w:sz w:val="24"/>
              </w:rPr>
              <w:t>Coprogettazione per la riprogettazione e unificazione dei servizi di sostegno alla domiciliarità dell'Ambito Territoriale Sociale n. 6 Monte Orfano</w:t>
            </w:r>
          </w:p>
        </w:tc>
      </w:tr>
    </w:tbl>
    <w:p w:rsidR="002501C5" w:rsidRDefault="002501C5"/>
    <w:p w:rsidR="002501C5" w:rsidRDefault="00E540F5" w:rsidP="00CE4C39">
      <w:pPr>
        <w:spacing w:after="0"/>
        <w:ind w:left="5529"/>
      </w:pPr>
      <w:r>
        <w:t>Spett.le Comune di Palazzolo sull'Oglio</w:t>
      </w:r>
    </w:p>
    <w:p w:rsidR="002501C5" w:rsidRDefault="00E540F5" w:rsidP="00CE4C39">
      <w:pPr>
        <w:spacing w:after="240"/>
        <w:ind w:left="5529"/>
      </w:pPr>
      <w:r>
        <w:t>protocollo@cert.comune.palazzolosulloglio.bs.it</w:t>
      </w:r>
    </w:p>
    <w:p w:rsidR="002501C5" w:rsidRDefault="00E540F5" w:rsidP="00CE4C39">
      <w:pPr>
        <w:jc w:val="both"/>
      </w:pPr>
      <w:r>
        <w:t xml:space="preserve">Il sottoscritto ______________________________, C.F. ____________________________, nato a ______________________ il ______________, nella sua qualità di ______________________________ e legale rappresentante </w:t>
      </w:r>
      <w:r>
        <w:t>dell'ETS ______________________________________, con sede in ______________________, via ______________________, C.A.P. __________, C.F. ____________________________, P.IVA _________________________, e-mail __________________________, PEC _________________</w:t>
      </w:r>
      <w:r>
        <w:t xml:space="preserve">_____, </w:t>
      </w:r>
      <w:proofErr w:type="spellStart"/>
      <w:r>
        <w:t>recapito</w:t>
      </w:r>
      <w:proofErr w:type="spellEnd"/>
      <w:r w:rsidR="00CE4C39">
        <w:t xml:space="preserve"> </w:t>
      </w:r>
      <w:proofErr w:type="spellStart"/>
      <w:r>
        <w:t>telefonico</w:t>
      </w:r>
      <w:proofErr w:type="spellEnd"/>
      <w:r>
        <w:t xml:space="preserve"> ____________________,</w:t>
      </w:r>
    </w:p>
    <w:p w:rsidR="002501C5" w:rsidRDefault="00E540F5">
      <w:pPr>
        <w:jc w:val="both"/>
      </w:pPr>
      <w:r>
        <w:t>ai sensi e per gli effetti dell'art. 76 del D.P.R. n. 445/2000, consapevole della responsabilità e delle conseguenze civili e penali previste in caso di dichiarazioni mendaci e/o formazione od uso di atti fa</w:t>
      </w:r>
      <w:r>
        <w:t>lsi, nonché in caso di esibizione di atti contenenti dati non più corrispondenti a verità, e consapevole, altresì, che qualora emerga la non veridicità del contenuto della presente dichiarazione lo scrivente ETS decadrà dai benefici per i quali la stessa è</w:t>
      </w:r>
      <w:r>
        <w:t xml:space="preserve"> rilasciata,</w:t>
      </w:r>
    </w:p>
    <w:p w:rsidR="002501C5" w:rsidRDefault="00E540F5">
      <w:pPr>
        <w:spacing w:before="120" w:after="200"/>
        <w:jc w:val="center"/>
      </w:pPr>
      <w:r>
        <w:rPr>
          <w:b/>
        </w:rPr>
        <w:t>MANIFESTA IL PROPRIO INTERESSE A PARTECIPARE ALLA PROCEDURA IN OGGETTO</w:t>
      </w:r>
    </w:p>
    <w:p w:rsidR="002501C5" w:rsidRDefault="00E540F5">
      <w:pPr>
        <w:spacing w:after="80"/>
        <w:ind w:left="510" w:hanging="227"/>
      </w:pPr>
      <w:r>
        <w:t>□  in forma singola;</w:t>
      </w:r>
    </w:p>
    <w:p w:rsidR="002501C5" w:rsidRDefault="00E540F5">
      <w:pPr>
        <w:spacing w:after="80"/>
      </w:pPr>
      <w:r>
        <w:t>oppure</w:t>
      </w:r>
    </w:p>
    <w:p w:rsidR="002501C5" w:rsidRDefault="00E540F5">
      <w:pPr>
        <w:spacing w:after="80"/>
        <w:ind w:left="510" w:hanging="227"/>
      </w:pPr>
      <w:r>
        <w:t>□  in forma aggregata, quale (barrare) □ capofila  □ aderente, nella forma di ______________________________________ (raggruppamento, consorzio,</w:t>
      </w:r>
      <w:r>
        <w:t xml:space="preserve"> rete associativa o altra forma di collaborazione anche non formalizzata), unitamente ai soggetti di seguito indicati, ciascuno dei quali rende le dichiarazioni di cui alle successive lettere A) e B) compilando il presente modulo: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74"/>
        <w:gridCol w:w="2835"/>
        <w:gridCol w:w="1928"/>
        <w:gridCol w:w="3402"/>
      </w:tblGrid>
      <w:tr w:rsidR="002501C5">
        <w:tc>
          <w:tcPr>
            <w:tcW w:w="1474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RUOLO</w:t>
            </w:r>
          </w:p>
        </w:tc>
        <w:tc>
          <w:tcPr>
            <w:tcW w:w="2835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RAGIONE SOCIALE</w:t>
            </w:r>
          </w:p>
        </w:tc>
        <w:tc>
          <w:tcPr>
            <w:tcW w:w="1928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C.F. / P.IVA</w:t>
            </w:r>
          </w:p>
        </w:tc>
        <w:tc>
          <w:tcPr>
            <w:tcW w:w="3402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ATTIVITÀ PREVISTE IN CAPO AL SOGGETTO</w:t>
            </w:r>
          </w:p>
        </w:tc>
      </w:tr>
      <w:tr w:rsidR="002501C5">
        <w:tc>
          <w:tcPr>
            <w:tcW w:w="1474" w:type="dxa"/>
          </w:tcPr>
          <w:p w:rsidR="002501C5" w:rsidRDefault="00E540F5">
            <w:pPr>
              <w:spacing w:before="40" w:after="40"/>
            </w:pPr>
            <w:r>
              <w:rPr>
                <w:sz w:val="20"/>
              </w:rPr>
              <w:t>CAPOFILA</w:t>
            </w:r>
          </w:p>
        </w:tc>
        <w:tc>
          <w:tcPr>
            <w:tcW w:w="2835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1928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3402" w:type="dxa"/>
          </w:tcPr>
          <w:p w:rsidR="002501C5" w:rsidRDefault="002501C5">
            <w:pPr>
              <w:spacing w:before="40" w:after="40"/>
            </w:pPr>
          </w:p>
        </w:tc>
      </w:tr>
      <w:tr w:rsidR="002501C5">
        <w:tc>
          <w:tcPr>
            <w:tcW w:w="1474" w:type="dxa"/>
          </w:tcPr>
          <w:p w:rsidR="002501C5" w:rsidRDefault="00E540F5">
            <w:pPr>
              <w:spacing w:before="40" w:after="40"/>
            </w:pPr>
            <w:r>
              <w:rPr>
                <w:sz w:val="20"/>
              </w:rPr>
              <w:t>ADERENTE</w:t>
            </w:r>
          </w:p>
        </w:tc>
        <w:tc>
          <w:tcPr>
            <w:tcW w:w="2835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1928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3402" w:type="dxa"/>
          </w:tcPr>
          <w:p w:rsidR="002501C5" w:rsidRDefault="002501C5">
            <w:pPr>
              <w:spacing w:before="40" w:after="40"/>
            </w:pPr>
          </w:p>
        </w:tc>
      </w:tr>
      <w:tr w:rsidR="002501C5">
        <w:tc>
          <w:tcPr>
            <w:tcW w:w="1474" w:type="dxa"/>
          </w:tcPr>
          <w:p w:rsidR="002501C5" w:rsidRDefault="00E540F5">
            <w:pPr>
              <w:spacing w:before="40" w:after="40"/>
            </w:pPr>
            <w:r>
              <w:rPr>
                <w:sz w:val="20"/>
              </w:rPr>
              <w:t>ADERENTE</w:t>
            </w:r>
          </w:p>
        </w:tc>
        <w:tc>
          <w:tcPr>
            <w:tcW w:w="2835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1928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3402" w:type="dxa"/>
          </w:tcPr>
          <w:p w:rsidR="002501C5" w:rsidRDefault="002501C5">
            <w:pPr>
              <w:spacing w:before="40" w:after="40"/>
            </w:pPr>
          </w:p>
        </w:tc>
      </w:tr>
    </w:tbl>
    <w:p w:rsidR="002501C5" w:rsidRDefault="002501C5"/>
    <w:p w:rsidR="002501C5" w:rsidRDefault="00E540F5">
      <w:pPr>
        <w:jc w:val="both"/>
      </w:pPr>
      <w:r>
        <w:t>Designa quali referenti per la partecipazione ai tavoli di coprogettazione, ai sensi dell'art. 22 dell'avviso pubblico, i seguenti soggetti, in numero non superiore</w:t>
      </w:r>
      <w:r>
        <w:t xml:space="preserve"> a due: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94"/>
        <w:gridCol w:w="2268"/>
        <w:gridCol w:w="1701"/>
        <w:gridCol w:w="3175"/>
      </w:tblGrid>
      <w:tr w:rsidR="002501C5">
        <w:tc>
          <w:tcPr>
            <w:tcW w:w="2494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NOME E COGNOME</w:t>
            </w:r>
          </w:p>
        </w:tc>
        <w:tc>
          <w:tcPr>
            <w:tcW w:w="2268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RUOLO NELL'ENTE</w:t>
            </w:r>
          </w:p>
        </w:tc>
        <w:tc>
          <w:tcPr>
            <w:tcW w:w="1701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TELEFONO</w:t>
            </w:r>
          </w:p>
        </w:tc>
        <w:tc>
          <w:tcPr>
            <w:tcW w:w="3175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E-MAIL</w:t>
            </w:r>
          </w:p>
        </w:tc>
      </w:tr>
      <w:tr w:rsidR="002501C5">
        <w:tc>
          <w:tcPr>
            <w:tcW w:w="2494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268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1701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3175" w:type="dxa"/>
          </w:tcPr>
          <w:p w:rsidR="002501C5" w:rsidRDefault="002501C5">
            <w:pPr>
              <w:spacing w:before="40" w:after="40"/>
            </w:pPr>
          </w:p>
        </w:tc>
      </w:tr>
      <w:tr w:rsidR="002501C5">
        <w:tc>
          <w:tcPr>
            <w:tcW w:w="2494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268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1701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3175" w:type="dxa"/>
          </w:tcPr>
          <w:p w:rsidR="002501C5" w:rsidRDefault="002501C5">
            <w:pPr>
              <w:spacing w:before="40" w:after="40"/>
            </w:pPr>
          </w:p>
        </w:tc>
      </w:tr>
    </w:tbl>
    <w:p w:rsidR="002501C5" w:rsidRDefault="002501C5"/>
    <w:p w:rsidR="002501C5" w:rsidRDefault="00E540F5">
      <w:pPr>
        <w:spacing w:before="120"/>
        <w:jc w:val="center"/>
      </w:pPr>
      <w:r>
        <w:rPr>
          <w:b/>
        </w:rPr>
        <w:t>ED A TAL FINE DICHIARA SOTTO LA PROPRIA RESPONSABILITÀ</w:t>
      </w:r>
    </w:p>
    <w:p w:rsidR="002501C5" w:rsidRDefault="00E540F5">
      <w:pPr>
        <w:spacing w:before="240"/>
      </w:pPr>
      <w:r>
        <w:rPr>
          <w:b/>
          <w:i/>
        </w:rPr>
        <w:lastRenderedPageBreak/>
        <w:t>A) DICHIARAZIONE INERENTE I REQUISITI DI ORDINE GENERALE</w:t>
      </w:r>
    </w:p>
    <w:p w:rsidR="002501C5" w:rsidRDefault="00E540F5">
      <w:pPr>
        <w:spacing w:after="80"/>
        <w:ind w:left="454" w:hanging="227"/>
        <w:jc w:val="both"/>
      </w:pPr>
      <w:r>
        <w:t xml:space="preserve">-  che l'ETS non si trova in alcuna delle situazioni di esclusione di cui </w:t>
      </w:r>
      <w:r>
        <w:t>all'art. 94 del D.Lgs. n. 36/2023, richiamato in analogia dall'art. 12 dell'avviso pubblico;</w:t>
      </w:r>
    </w:p>
    <w:p w:rsidR="002501C5" w:rsidRDefault="00E540F5">
      <w:pPr>
        <w:spacing w:after="80"/>
        <w:ind w:left="454" w:hanging="227"/>
        <w:jc w:val="both"/>
      </w:pPr>
      <w:r>
        <w:t xml:space="preserve">-  che dette cause di esclusione non sussistono né nei propri confronti né nei confronti dei soggetti indicati al terzo comma del poc'anzi richiamato articolo 94, </w:t>
      </w:r>
      <w:r>
        <w:t>ovvero dei seguenti soggetti muniti di potere di rappresentanza (es. membri del consiglio di amministrazione cui sia stata conferita la legale rappresentanza, institori, procuratori generali, direttore tecnico) o con poteri di controllo o vigilanza (es. re</w:t>
      </w:r>
      <w:r>
        <w:t>visori):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94"/>
        <w:gridCol w:w="2494"/>
        <w:gridCol w:w="2041"/>
        <w:gridCol w:w="2608"/>
      </w:tblGrid>
      <w:tr w:rsidR="002501C5">
        <w:tc>
          <w:tcPr>
            <w:tcW w:w="2494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Nome e cognome</w:t>
            </w:r>
          </w:p>
        </w:tc>
        <w:tc>
          <w:tcPr>
            <w:tcW w:w="2494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Data e luogo di nascita</w:t>
            </w:r>
          </w:p>
        </w:tc>
        <w:tc>
          <w:tcPr>
            <w:tcW w:w="2041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Codice fiscale</w:t>
            </w:r>
          </w:p>
        </w:tc>
        <w:tc>
          <w:tcPr>
            <w:tcW w:w="2608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Ruolo</w:t>
            </w:r>
          </w:p>
        </w:tc>
      </w:tr>
      <w:tr w:rsidR="002501C5">
        <w:tc>
          <w:tcPr>
            <w:tcW w:w="2494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494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041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608" w:type="dxa"/>
          </w:tcPr>
          <w:p w:rsidR="002501C5" w:rsidRDefault="002501C5">
            <w:pPr>
              <w:spacing w:before="40" w:after="40"/>
            </w:pPr>
          </w:p>
        </w:tc>
      </w:tr>
      <w:tr w:rsidR="002501C5">
        <w:tc>
          <w:tcPr>
            <w:tcW w:w="2494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494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041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608" w:type="dxa"/>
          </w:tcPr>
          <w:p w:rsidR="002501C5" w:rsidRDefault="002501C5">
            <w:pPr>
              <w:spacing w:before="40" w:after="40"/>
            </w:pPr>
          </w:p>
        </w:tc>
      </w:tr>
      <w:tr w:rsidR="002501C5">
        <w:tc>
          <w:tcPr>
            <w:tcW w:w="2494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494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041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608" w:type="dxa"/>
          </w:tcPr>
          <w:p w:rsidR="002501C5" w:rsidRDefault="002501C5">
            <w:pPr>
              <w:spacing w:before="40" w:after="40"/>
            </w:pPr>
          </w:p>
        </w:tc>
      </w:tr>
      <w:tr w:rsidR="002501C5">
        <w:tc>
          <w:tcPr>
            <w:tcW w:w="2494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494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041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608" w:type="dxa"/>
          </w:tcPr>
          <w:p w:rsidR="002501C5" w:rsidRDefault="002501C5">
            <w:pPr>
              <w:spacing w:before="40" w:after="40"/>
            </w:pPr>
          </w:p>
        </w:tc>
      </w:tr>
    </w:tbl>
    <w:p w:rsidR="002501C5" w:rsidRDefault="002501C5"/>
    <w:p w:rsidR="002501C5" w:rsidRDefault="00E540F5">
      <w:pPr>
        <w:spacing w:after="80"/>
        <w:ind w:left="454" w:hanging="227"/>
        <w:jc w:val="both"/>
      </w:pPr>
      <w:r>
        <w:t xml:space="preserve">-  che non rilevano casi di incompatibilità o conflitto di interessi previsti dalla normativa vigente, ivi compreso quanto previsto dall'art. 53, c. 16-ter, del </w:t>
      </w:r>
      <w:r>
        <w:t>D.Lgs. n. 165/2001, ovvero ulteriori cause di impossibilità a contrattare con la pubblica amministrazione;</w:t>
      </w:r>
    </w:p>
    <w:p w:rsidR="002501C5" w:rsidRDefault="00E540F5">
      <w:pPr>
        <w:spacing w:after="80"/>
        <w:ind w:left="454" w:hanging="227"/>
        <w:jc w:val="both"/>
      </w:pPr>
      <w:r>
        <w:t>-  che l'ETS è in regola con gli obblighi contributivi, previdenziali e assicurativi.</w:t>
      </w:r>
    </w:p>
    <w:p w:rsidR="002501C5" w:rsidRDefault="00E540F5">
      <w:pPr>
        <w:spacing w:before="240"/>
      </w:pPr>
      <w:r>
        <w:rPr>
          <w:b/>
          <w:i/>
        </w:rPr>
        <w:t>B) DICHIARAZIONE IN ORDINE AI REQUISITI DI IDONEITÀ PROFESSIONA</w:t>
      </w:r>
      <w:r>
        <w:rPr>
          <w:b/>
          <w:i/>
        </w:rPr>
        <w:t>LE</w:t>
      </w:r>
    </w:p>
    <w:p w:rsidR="002501C5" w:rsidRDefault="00E540F5">
      <w:pPr>
        <w:spacing w:after="80"/>
        <w:ind w:left="454" w:hanging="227"/>
        <w:jc w:val="both"/>
      </w:pPr>
      <w:r>
        <w:t>-  che questo ETS è iscritto dal ____________________ al Registro Unico Nazionale del Terzo Settore (RUNTS), repertorio n. ______________________, sezione ______________________________;</w:t>
      </w:r>
    </w:p>
    <w:p w:rsidR="002501C5" w:rsidRDefault="00E540F5">
      <w:pPr>
        <w:spacing w:after="80"/>
        <w:ind w:left="454" w:hanging="227"/>
        <w:jc w:val="both"/>
      </w:pPr>
      <w:r>
        <w:t xml:space="preserve">-  che questo ETS è iscritto dal ____________________ al Registro </w:t>
      </w:r>
      <w:r>
        <w:t>delle Imprese di ______________________, al numero ______________________, e che, come risulta dalla visura camerale, svolge le seguenti attività (indicare l'attività principale e quelle secondarie; ove l'ETS non sia tenuto all'iscrizione, indicare le ragi</w:t>
      </w:r>
      <w:r>
        <w:t>oni della deroga): ____________________________________________________________________;</w:t>
      </w:r>
    </w:p>
    <w:p w:rsidR="002501C5" w:rsidRDefault="00E540F5">
      <w:pPr>
        <w:spacing w:after="80"/>
        <w:ind w:left="454" w:hanging="227"/>
        <w:jc w:val="both"/>
      </w:pPr>
      <w:r>
        <w:t>-  che questo ETS è iscritto all'albo regionale delle cooperative sociali della Regione ______________________, sezione ________, al n. ______________ (ove applicabile</w:t>
      </w:r>
      <w:r>
        <w:t>);</w:t>
      </w:r>
    </w:p>
    <w:p w:rsidR="002501C5" w:rsidRDefault="00E540F5">
      <w:pPr>
        <w:spacing w:after="80"/>
        <w:ind w:left="454" w:hanging="227"/>
        <w:jc w:val="both"/>
      </w:pPr>
      <w:r>
        <w:t>-  che questo ETS ha acquisito di diritto la qualifica di impresa sociale ai sensi dell'art. 1, comma 4, del D.Lgs. n. 112/2017, in quanto cooperativa sociale (ove applicabile).</w:t>
      </w:r>
    </w:p>
    <w:p w:rsidR="002501C5" w:rsidRDefault="00E540F5">
      <w:pPr>
        <w:spacing w:before="240"/>
      </w:pPr>
      <w:r>
        <w:rPr>
          <w:b/>
          <w:i/>
        </w:rPr>
        <w:t>C) DICHIARAZIONE IN ORDINE AL REQUISITO DI ESPERIENZA</w:t>
      </w:r>
    </w:p>
    <w:p w:rsidR="002501C5" w:rsidRDefault="00E540F5">
      <w:pPr>
        <w:jc w:val="both"/>
      </w:pPr>
      <w:r>
        <w:t>che l'ETS vanta un'es</w:t>
      </w:r>
      <w:r>
        <w:t xml:space="preserve">perienza di almeno 24 </w:t>
      </w:r>
      <w:proofErr w:type="spellStart"/>
      <w:r>
        <w:t>mesi</w:t>
      </w:r>
      <w:proofErr w:type="spellEnd"/>
      <w:r>
        <w:t xml:space="preserve">, </w:t>
      </w:r>
      <w:proofErr w:type="spellStart"/>
      <w:r>
        <w:t>maturata</w:t>
      </w:r>
      <w:proofErr w:type="spellEnd"/>
      <w:r>
        <w:t xml:space="preserve"> </w:t>
      </w:r>
      <w:proofErr w:type="spellStart"/>
      <w:r>
        <w:t>nell'ultimo</w:t>
      </w:r>
      <w:proofErr w:type="spellEnd"/>
      <w:r>
        <w:t xml:space="preserve"> </w:t>
      </w:r>
      <w:proofErr w:type="spellStart"/>
      <w:r>
        <w:t>quinquennio</w:t>
      </w:r>
      <w:proofErr w:type="spellEnd"/>
      <w:r>
        <w:t xml:space="preserve">,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gestione</w:t>
      </w:r>
      <w:proofErr w:type="spellEnd"/>
      <w:r>
        <w:t xml:space="preserve"> di servizi domiciliari di natura socio-assistenziale o socio-educativa, ovvero di servizi alla persona rivolti ad almeno una delle categorie di destinatari indicate all'art. 6.1 dell</w:t>
      </w:r>
      <w:r>
        <w:t>'avviso pubblico, come di seguito documentato:</w:t>
      </w:r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01"/>
        <w:gridCol w:w="2041"/>
        <w:gridCol w:w="2608"/>
        <w:gridCol w:w="1587"/>
        <w:gridCol w:w="1701"/>
      </w:tblGrid>
      <w:tr w:rsidR="002501C5">
        <w:tc>
          <w:tcPr>
            <w:tcW w:w="1701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Periodo (dal - al)</w:t>
            </w:r>
          </w:p>
        </w:tc>
        <w:tc>
          <w:tcPr>
            <w:tcW w:w="2041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Committente o ente titolare</w:t>
            </w:r>
          </w:p>
        </w:tc>
        <w:tc>
          <w:tcPr>
            <w:tcW w:w="2608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Denominazione e descrizione del servizio</w:t>
            </w:r>
          </w:p>
        </w:tc>
        <w:tc>
          <w:tcPr>
            <w:tcW w:w="1587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Destinatari</w:t>
            </w:r>
          </w:p>
        </w:tc>
        <w:tc>
          <w:tcPr>
            <w:tcW w:w="1701" w:type="dxa"/>
          </w:tcPr>
          <w:p w:rsidR="002501C5" w:rsidRDefault="00E540F5">
            <w:pPr>
              <w:spacing w:before="40" w:after="40"/>
            </w:pPr>
            <w:r>
              <w:rPr>
                <w:b/>
                <w:sz w:val="20"/>
              </w:rPr>
              <w:t>Dimensione indicativa (utenti od ore/anno)</w:t>
            </w:r>
          </w:p>
        </w:tc>
      </w:tr>
      <w:tr w:rsidR="002501C5">
        <w:tc>
          <w:tcPr>
            <w:tcW w:w="1701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041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608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1587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1701" w:type="dxa"/>
          </w:tcPr>
          <w:p w:rsidR="002501C5" w:rsidRDefault="002501C5">
            <w:pPr>
              <w:spacing w:before="40" w:after="40"/>
            </w:pPr>
          </w:p>
        </w:tc>
      </w:tr>
      <w:tr w:rsidR="002501C5">
        <w:tc>
          <w:tcPr>
            <w:tcW w:w="1701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041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608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1587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1701" w:type="dxa"/>
          </w:tcPr>
          <w:p w:rsidR="002501C5" w:rsidRDefault="002501C5">
            <w:pPr>
              <w:spacing w:before="40" w:after="40"/>
            </w:pPr>
          </w:p>
        </w:tc>
      </w:tr>
      <w:tr w:rsidR="002501C5">
        <w:tc>
          <w:tcPr>
            <w:tcW w:w="1701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041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608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1587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1701" w:type="dxa"/>
          </w:tcPr>
          <w:p w:rsidR="002501C5" w:rsidRDefault="002501C5">
            <w:pPr>
              <w:spacing w:before="40" w:after="40"/>
            </w:pPr>
          </w:p>
        </w:tc>
      </w:tr>
      <w:tr w:rsidR="002501C5">
        <w:tc>
          <w:tcPr>
            <w:tcW w:w="1701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041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2608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1587" w:type="dxa"/>
          </w:tcPr>
          <w:p w:rsidR="002501C5" w:rsidRDefault="002501C5">
            <w:pPr>
              <w:spacing w:before="40" w:after="40"/>
            </w:pPr>
          </w:p>
        </w:tc>
        <w:tc>
          <w:tcPr>
            <w:tcW w:w="1701" w:type="dxa"/>
          </w:tcPr>
          <w:p w:rsidR="002501C5" w:rsidRDefault="002501C5">
            <w:pPr>
              <w:spacing w:before="40" w:after="40"/>
            </w:pPr>
          </w:p>
        </w:tc>
      </w:tr>
    </w:tbl>
    <w:p w:rsidR="002501C5" w:rsidRDefault="002501C5"/>
    <w:p w:rsidR="002501C5" w:rsidRDefault="00E540F5">
      <w:pPr>
        <w:jc w:val="both"/>
      </w:pPr>
      <w:r>
        <w:rPr>
          <w:i/>
        </w:rPr>
        <w:t xml:space="preserve">In caso di partecipazione in forma </w:t>
      </w:r>
      <w:r>
        <w:rPr>
          <w:i/>
        </w:rPr>
        <w:t>aggregata il requisito è soddisfatto se posseduto da almeno uno degli aderenti; indicare il soggetto che lo possiede: ______________________________________.</w:t>
      </w:r>
    </w:p>
    <w:p w:rsidR="002501C5" w:rsidRDefault="00E540F5">
      <w:pPr>
        <w:spacing w:before="240"/>
      </w:pPr>
      <w:r>
        <w:rPr>
          <w:b/>
          <w:i/>
        </w:rPr>
        <w:t>D) DICHIARAZIONI FINALI</w:t>
      </w:r>
    </w:p>
    <w:p w:rsidR="002501C5" w:rsidRDefault="00E540F5">
      <w:pPr>
        <w:spacing w:after="80"/>
        <w:ind w:left="454" w:hanging="227"/>
        <w:jc w:val="both"/>
      </w:pPr>
      <w:r>
        <w:t>-  di aver preso visione e di accettare tutte le condizioni contenute nell</w:t>
      </w:r>
      <w:r>
        <w:t>'avviso pubblico in oggetto e nei suoi allegati, condividendone le finalità;</w:t>
      </w:r>
    </w:p>
    <w:p w:rsidR="002501C5" w:rsidRDefault="00E540F5">
      <w:pPr>
        <w:spacing w:after="80"/>
        <w:ind w:left="454" w:hanging="227"/>
        <w:jc w:val="both"/>
      </w:pPr>
      <w:r>
        <w:t>-  di prendere atto che la procedura non ha carattere competitivo e non dà luogo ad alcuna valutazione comparativa, graduatoria, attribuzione di punteggi o individuazione di un pa</w:t>
      </w:r>
      <w:r>
        <w:t>rtner attuatore, ai sensi dell'art. 10 dell'avviso pubblico;</w:t>
      </w:r>
    </w:p>
    <w:p w:rsidR="002501C5" w:rsidRDefault="00E540F5">
      <w:pPr>
        <w:spacing w:after="80"/>
        <w:ind w:left="454" w:hanging="227"/>
        <w:jc w:val="both"/>
      </w:pPr>
      <w:r>
        <w:t>-  di prendere atto che la partecipazione è gratuita e non dà titolo ad alcun compenso, rimborso spese o indennizzo, a nessun titolo, neppure in caso di mancata approvazione del progetto esecutiv</w:t>
      </w:r>
      <w:r>
        <w:t>o o di mancata istituzione del sistema unico di accreditamento, ai sensi dell'art. 9 dell'avviso pubblico;</w:t>
      </w:r>
    </w:p>
    <w:p w:rsidR="002501C5" w:rsidRDefault="00E540F5">
      <w:pPr>
        <w:spacing w:after="80"/>
        <w:ind w:left="454" w:hanging="227"/>
        <w:jc w:val="both"/>
      </w:pPr>
      <w:r>
        <w:t>-  di prendere atto che la partecipazione non costituisce requisito né titolo preferenziale ai fini della successiva iscrizione all'albo dei soggetti</w:t>
      </w:r>
      <w:r>
        <w:t xml:space="preserve"> accreditati e non genera alcuna aspettativa qualificata in ordine all'accoglimento delle proposte formulate, ai sensi dell'art. 27 dell'avviso pubblico;</w:t>
      </w:r>
    </w:p>
    <w:p w:rsidR="002501C5" w:rsidRDefault="00E540F5">
      <w:pPr>
        <w:spacing w:after="80"/>
        <w:ind w:left="454" w:hanging="227"/>
        <w:jc w:val="both"/>
      </w:pPr>
      <w:r>
        <w:t>-  di autorizzare l'Amministrazione procedente a utilizzare, elaborare, modificare e integrare i conte</w:t>
      </w:r>
      <w:r>
        <w:t>nuti del contributo progettuale e della scheda economico-gestionale ai fini della redazione del progetto esecutivo e dei conseguenti atti di accreditamento, a titolo gratuito, in via non esclusiva e senza limiti di tempo, e di prendere atto che tali conten</w:t>
      </w:r>
      <w:r>
        <w:t>uti saranno pubblici e utilizzabili anche dai soggetti che non abbiano partecipato alla procedura, ai sensi dell'art. 28 dell'avviso pubblico;</w:t>
      </w:r>
    </w:p>
    <w:p w:rsidR="002501C5" w:rsidRDefault="00E540F5">
      <w:pPr>
        <w:spacing w:after="80"/>
        <w:ind w:left="454" w:hanging="227"/>
        <w:jc w:val="both"/>
      </w:pPr>
      <w:r>
        <w:t>-  di essere titolare dei diritti sui contenuti trasmessi e di manlevare l'Amministrazione procedente da ogni pre</w:t>
      </w:r>
      <w:r>
        <w:t>tesa di terzi al riguardo;</w:t>
      </w:r>
    </w:p>
    <w:p w:rsidR="002501C5" w:rsidRDefault="00E540F5">
      <w:pPr>
        <w:spacing w:after="80"/>
        <w:ind w:left="454" w:hanging="227"/>
        <w:jc w:val="both"/>
      </w:pPr>
      <w:r>
        <w:t>-  di impegnarsi al rispetto degli obblighi di riservatezza sulle informazioni relative a persone assistite e a situazioni individuali eventualmente portate a conoscenza nel corso dei lavori dei tavoli;</w:t>
      </w:r>
    </w:p>
    <w:p w:rsidR="002501C5" w:rsidRDefault="00E540F5">
      <w:pPr>
        <w:spacing w:after="80"/>
        <w:ind w:left="454" w:hanging="227"/>
        <w:jc w:val="both"/>
      </w:pPr>
      <w:r>
        <w:t>-  di eleggere quale domic</w:t>
      </w:r>
      <w:r>
        <w:t>ilio digitale per tutte le comunicazioni relative alla procedura la PEC indicata in premessa;</w:t>
      </w:r>
    </w:p>
    <w:p w:rsidR="002501C5" w:rsidRDefault="00E540F5">
      <w:pPr>
        <w:spacing w:after="80"/>
        <w:ind w:left="454" w:hanging="227"/>
        <w:jc w:val="both"/>
      </w:pPr>
      <w:r>
        <w:t>-  di essere informato, ai sensi del regolamento (UE) 2016/679, che i dati personali raccolti saranno trattati nell'ambito e ai fini del procedimento per il quale</w:t>
      </w:r>
      <w:r>
        <w:t xml:space="preserve"> la dichiarazione viene resa, secondo quanto indicato all'art. 33 dell'avviso pubblico, e che il conferimento dei dati è obbligatorio ai fini della partecipazione alla procedura.</w:t>
      </w:r>
    </w:p>
    <w:p w:rsidR="002501C5" w:rsidRDefault="00E540F5">
      <w:pPr>
        <w:spacing w:before="240"/>
      </w:pPr>
      <w:r>
        <w:rPr>
          <w:b/>
          <w:i/>
        </w:rPr>
        <w:t>E) ALLEGATI</w:t>
      </w:r>
    </w:p>
    <w:p w:rsidR="002501C5" w:rsidRDefault="00E540F5">
      <w:pPr>
        <w:spacing w:after="80"/>
        <w:ind w:left="454" w:hanging="227"/>
        <w:jc w:val="both"/>
      </w:pPr>
      <w:r>
        <w:t>-  Contributo progettuale, redatto secondo lo schema di cui all'A</w:t>
      </w:r>
      <w:r>
        <w:t>llegato 4 (cfr. art. 18 avviso pubblico);</w:t>
      </w:r>
    </w:p>
    <w:p w:rsidR="002501C5" w:rsidRDefault="00E540F5">
      <w:pPr>
        <w:spacing w:after="80"/>
        <w:ind w:left="454" w:hanging="227"/>
        <w:jc w:val="both"/>
      </w:pPr>
      <w:r>
        <w:t>-  Scheda economico-gestionale, redatta secondo lo schema di cui all'Allegato 5 (cfr. art. 19 avviso pubblico);</w:t>
      </w:r>
    </w:p>
    <w:p w:rsidR="002501C5" w:rsidRDefault="00E540F5">
      <w:pPr>
        <w:spacing w:after="80"/>
        <w:ind w:left="454" w:hanging="227"/>
        <w:jc w:val="both"/>
      </w:pPr>
      <w:r>
        <w:t>-  in caso di partecipazione in forma aggregata, dichiarazioni dei soggetti aderenti rese mediante com</w:t>
      </w:r>
      <w:r>
        <w:t>pilazione del presente modulo (cfr. art. 14 avviso pubblico);</w:t>
      </w:r>
    </w:p>
    <w:p w:rsidR="002501C5" w:rsidRDefault="00E540F5">
      <w:pPr>
        <w:spacing w:after="80"/>
        <w:ind w:left="454" w:hanging="227"/>
        <w:jc w:val="both"/>
      </w:pPr>
      <w:r>
        <w:t>-  altri allegati, da specificare (es. procura): ______________________________________.</w:t>
      </w:r>
    </w:p>
    <w:p w:rsidR="002501C5" w:rsidRDefault="002501C5"/>
    <w:p w:rsidR="002501C5" w:rsidRDefault="00E540F5">
      <w:pPr>
        <w:spacing w:after="360"/>
      </w:pPr>
      <w:r>
        <w:t>Luogo e data ________________________</w:t>
      </w:r>
    </w:p>
    <w:p w:rsidR="002501C5" w:rsidRDefault="00E540F5">
      <w:pPr>
        <w:jc w:val="right"/>
      </w:pPr>
      <w:r>
        <w:rPr>
          <w:b/>
        </w:rPr>
        <w:t>FIRMA DIGITALE DEL SOTTOSCRITTORE</w:t>
      </w:r>
    </w:p>
    <w:p w:rsidR="002501C5" w:rsidRDefault="00E540F5">
      <w:pPr>
        <w:jc w:val="right"/>
      </w:pPr>
      <w:r>
        <w:t>________________________________</w:t>
      </w:r>
    </w:p>
    <w:p w:rsidR="002501C5" w:rsidRDefault="002501C5"/>
    <w:p w:rsidR="002501C5" w:rsidRDefault="00E540F5">
      <w:r>
        <w:rPr>
          <w:b/>
          <w:i/>
        </w:rPr>
        <w:t>NB: solo nel caso in cui il documento non sia sottoscritto digitalmente, allegare documento d’identità del sottoscrittore in corso di validità.</w:t>
      </w:r>
    </w:p>
    <w:sectPr w:rsidR="002501C5" w:rsidSect="00034616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501C5"/>
    <w:rsid w:val="0029639D"/>
    <w:rsid w:val="00326F90"/>
    <w:rsid w:val="00AA1D8D"/>
    <w:rsid w:val="00B47730"/>
    <w:rsid w:val="00CB0664"/>
    <w:rsid w:val="00CE4C39"/>
    <w:rsid w:val="00E00130"/>
    <w:rsid w:val="00E540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A60EF7"/>
  <w14:defaultImageDpi w14:val="300"/>
  <w15:docId w15:val="{F31FBB6B-E9E7-ED4E-BA60-E96C157D9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20"/>
    </w:pPr>
    <w:rPr>
      <w:rFonts w:ascii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87EE7E-2F4E-4458-B93B-A51905D85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Adriana Facchinetti</cp:lastModifiedBy>
  <cp:revision>3</cp:revision>
  <dcterms:created xsi:type="dcterms:W3CDTF">2013-12-23T23:15:00Z</dcterms:created>
  <dcterms:modified xsi:type="dcterms:W3CDTF">2026-09-16T08:49:00Z</dcterms:modified>
  <cp:category/>
</cp:coreProperties>
</file>